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11111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[Your Name] Real Estate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[Month Year] market update for [Area]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A personal hello</w:t>
      </w:r>
    </w:p>
    <w:p>
      <w:r>
        <w:rPr>
          <w:b w:val="0"/>
          <w:i w:val="0"/>
        </w:rPr>
        <w:t>Hi Maria, fall is here and the market is still moving. Here's what happened in Riverside last month, in under two minutes.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The market in numbers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3F2EE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Last month in Riverside</w:t>
            </w:r>
          </w:p>
          <w:p>
            <w:r>
              <w:rPr>
                <w:b/>
                <w:i w:val="0"/>
                <w:sz w:val="21"/>
              </w:rPr>
              <w:t xml:space="preserve">19 days </w:t>
            </w:r>
            <w:r>
              <w:rPr>
                <w:b w:val="0"/>
                <w:i w:val="0"/>
                <w:sz w:val="21"/>
              </w:rPr>
              <w:t>average time to sell</w:t>
            </w:r>
          </w:p>
          <w:p>
            <w:r>
              <w:rPr>
                <w:b/>
                <w:i w:val="0"/>
                <w:sz w:val="21"/>
              </w:rPr>
              <w:t xml:space="preserve">99% </w:t>
            </w:r>
            <w:r>
              <w:rPr>
                <w:b w:val="0"/>
                <w:i w:val="0"/>
                <w:sz w:val="21"/>
              </w:rPr>
              <w:t>of asking price, on average</w:t>
            </w:r>
          </w:p>
          <w:p>
            <w:r>
              <w:rPr>
                <w:b/>
                <w:i w:val="0"/>
                <w:sz w:val="21"/>
              </w:rPr>
              <w:t xml:space="preserve">24 </w:t>
            </w:r>
            <w:r>
              <w:rPr>
                <w:b w:val="0"/>
                <w:i w:val="0"/>
                <w:sz w:val="21"/>
              </w:rPr>
              <w:t>homes sold</w:t>
            </w:r>
          </w:p>
        </w:tc>
        <w:tc>
          <w:tcPr>
            <w:tcW w:type="dxa" w:w="5040"/>
            <w:shd w:val="clear" w:color="auto" w:fill="F3F2EE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What it means</w:t>
            </w:r>
          </w:p>
          <w:p>
            <w:r>
              <w:rPr>
                <w:b w:val="0"/>
                <w:i w:val="0"/>
                <w:sz w:val="21"/>
              </w:rPr>
              <w:t>Well-priced homes still sell fast. Buyers have a bit more room to negotiate on homes that sit past 30 days.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Featured listing</w:t>
      </w:r>
    </w:p>
    <w:p>
      <w:r>
        <w:rPr>
          <w:b w:val="0"/>
          <w:i w:val="0"/>
        </w:rPr>
        <w:t>Just listed: 42 Alder Lane. Three bedrooms, two baths, 1,850 square feet, new kitchen and roof in 2024. Open house Saturday and Sunday, 1 to 4 PM.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Listing photo goes here.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One useful tip</w:t>
      </w:r>
    </w:p>
    <w:p>
      <w:r>
        <w:rPr>
          <w:b w:val="0"/>
          <w:i w:val="0"/>
        </w:rPr>
        <w:t>Thinking of selling in spring? The best time to fix the small things, like caulk, paint touch-ups and the sticky door, is winter, when contractors have time.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Around town</w:t>
      </w:r>
    </w:p>
    <w:p>
      <w:pPr>
        <w:pStyle w:val="ListBullet"/>
      </w:pPr>
      <w:r>
        <w:rPr>
          <w:b/>
          <w:i w:val="0"/>
        </w:rPr>
        <w:t xml:space="preserve">Nov 8: </w:t>
      </w:r>
      <w:r>
        <w:rPr>
          <w:b w:val="0"/>
          <w:i w:val="0"/>
        </w:rPr>
        <w:t>Riverside Park fall market, 9 AM</w:t>
      </w:r>
    </w:p>
    <w:p>
      <w:pPr>
        <w:pStyle w:val="ListBullet"/>
      </w:pPr>
      <w:r>
        <w:rPr>
          <w:b/>
          <w:i w:val="0"/>
        </w:rPr>
        <w:t xml:space="preserve">Nov 27: </w:t>
      </w:r>
      <w:r>
        <w:rPr>
          <w:b w:val="0"/>
          <w:i w:val="0"/>
        </w:rPr>
        <w:t>Turkey Trot on Main Street</w:t>
      </w:r>
    </w:p>
    <w:p>
      <w:pPr>
        <w:pStyle w:val="ListBullet"/>
      </w:pPr>
      <w:r>
        <w:rPr>
          <w:b w:val="0"/>
          <w:i w:val="0"/>
        </w:rPr>
        <w:t>New bakery open on 4th Street. Try the cinnamon rolls.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3F2EE"/>
          </w:tcPr>
          <w:p>
            <w:r>
              <w:rPr>
                <w:rFonts w:ascii="Georgia" w:hAnsi="Georgia" w:eastAsia="Georgia"/>
                <w:b/>
                <w:i w:val="0"/>
                <w:color w:val="111111"/>
                <w:sz w:val="28"/>
              </w:rPr>
              <w:t>The ask</w:t>
            </w:r>
          </w:p>
          <w:p>
            <w:r>
              <w:rPr>
                <w:b w:val="0"/>
                <w:i w:val="0"/>
              </w:rPr>
              <w:t>Curious what your home is worth? Reply to this email and I'll send you a free price estimate. No pressure.</w:t>
            </w:r>
          </w:p>
        </w:tc>
      </w:tr>
    </w:tbl>
    <w:p/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real estate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