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D9480F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[Preschool Name] Family News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[Class or room]  |  [Month Year]</w:t>
            </w:r>
          </w:p>
        </w:tc>
      </w:tr>
    </w:tbl>
    <w:p/>
    <w:p>
      <w:r>
        <w:rPr>
          <w:b w:val="0"/>
          <w:i w:val="0"/>
        </w:rPr>
        <w:t>Dear families, what a month. The children have been busy painting, building and counting everything in sight. Here's what we've been up to and what's coming next.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What we're exploring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This month's theme: Fall</w:t>
            </w:r>
          </w:p>
          <w:p>
            <w:r>
              <w:rPr>
                <w:b w:val="0"/>
                <w:i w:val="0"/>
                <w:sz w:val="21"/>
              </w:rPr>
              <w:t>We collected leaves on our nature walk, sorted them by color and made leaf rubbings.</w:t>
            </w:r>
          </w:p>
          <w:p>
            <w:r>
              <w:rPr>
                <w:b w:val="0"/>
                <w:i w:val="0"/>
                <w:sz w:val="21"/>
              </w:rPr>
              <w:t>At home: go on a leaf hunt and count the colors you find.</w:t>
            </w:r>
          </w:p>
        </w:tc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Skills we're practicing</w:t>
            </w:r>
          </w:p>
          <w:p>
            <w:r>
              <w:rPr>
                <w:b w:val="0"/>
                <w:i w:val="0"/>
                <w:sz w:val="21"/>
              </w:rPr>
              <w:t>Taking turns and sharing at the art table</w:t>
            </w:r>
          </w:p>
          <w:p>
            <w:r>
              <w:rPr>
                <w:b w:val="0"/>
                <w:i w:val="0"/>
                <w:sz w:val="21"/>
              </w:rPr>
              <w:t>Counting to 20</w:t>
            </w:r>
          </w:p>
          <w:p>
            <w:r>
              <w:rPr>
                <w:b w:val="0"/>
                <w:i w:val="0"/>
                <w:sz w:val="21"/>
              </w:rPr>
              <w:t>Zipping our own jackets</w:t>
            </w:r>
          </w:p>
        </w:tc>
      </w:tr>
    </w:tbl>
    <w:p/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Class photo goes here: hands at work, art projects, or the group from behind.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Dates to remember</w:t>
      </w:r>
    </w:p>
    <w:p>
      <w:pPr>
        <w:pStyle w:val="ListBullet"/>
      </w:pPr>
      <w:r>
        <w:rPr>
          <w:b/>
          <w:i w:val="0"/>
        </w:rPr>
        <w:t xml:space="preserve">Oct 24: </w:t>
      </w:r>
      <w:r>
        <w:rPr>
          <w:b w:val="0"/>
          <w:i w:val="0"/>
        </w:rPr>
        <w:t>Picture day</w:t>
      </w:r>
    </w:p>
    <w:p>
      <w:pPr>
        <w:pStyle w:val="ListBullet"/>
      </w:pPr>
      <w:r>
        <w:rPr>
          <w:b/>
          <w:i w:val="0"/>
        </w:rPr>
        <w:t xml:space="preserve">Oct 31: </w:t>
      </w:r>
      <w:r>
        <w:rPr>
          <w:b w:val="0"/>
          <w:i w:val="0"/>
        </w:rPr>
        <w:t>Costume parade at 10 AM. Costumes that are easy to take off, please.</w:t>
      </w:r>
    </w:p>
    <w:p>
      <w:pPr>
        <w:pStyle w:val="ListBullet"/>
      </w:pPr>
      <w:r>
        <w:rPr>
          <w:b/>
          <w:i w:val="0"/>
        </w:rPr>
        <w:t xml:space="preserve">Nov 11: </w:t>
      </w:r>
      <w:r>
        <w:rPr>
          <w:b w:val="0"/>
          <w:i w:val="0"/>
        </w:rPr>
        <w:t>School closed</w:t>
      </w:r>
    </w:p>
    <w:p>
      <w:pPr>
        <w:pStyle w:val="ListBullet"/>
      </w:pPr>
      <w:r>
        <w:rPr>
          <w:b/>
          <w:i w:val="0"/>
        </w:rPr>
        <w:t xml:space="preserve">Nov 20: </w:t>
      </w:r>
      <w:r>
        <w:rPr>
          <w:b w:val="0"/>
          <w:i w:val="0"/>
        </w:rPr>
        <w:t>Family Thanksgiving snack, 11 AM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Please send</w:t>
      </w:r>
    </w:p>
    <w:p>
      <w:pPr>
        <w:pStyle w:val="ListBullet"/>
      </w:pPr>
      <w:r>
        <w:rPr>
          <w:b w:val="0"/>
          <w:i w:val="0"/>
        </w:rPr>
        <w:t>A full change of clothes in a labeled bag</w:t>
      </w:r>
    </w:p>
    <w:p>
      <w:pPr>
        <w:pStyle w:val="ListBullet"/>
      </w:pPr>
      <w:r>
        <w:rPr>
          <w:b w:val="0"/>
          <w:i w:val="0"/>
        </w:rPr>
        <w:t>A water bottle with your child's name on it</w:t>
      </w:r>
    </w:p>
    <w:p>
      <w:pPr>
        <w:pStyle w:val="ListBullet"/>
      </w:pPr>
      <w:r>
        <w:rPr>
          <w:b w:val="0"/>
          <w:i w:val="0"/>
        </w:rPr>
        <w:t>A warm jacket every day now that mornings are cold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D9480F"/>
                <w:sz w:val="28"/>
              </w:rPr>
              <w:t>Helpers needed</w:t>
            </w:r>
          </w:p>
          <w:p>
            <w:r>
              <w:rPr>
                <w:b w:val="0"/>
                <w:i w:val="0"/>
              </w:rPr>
              <w:t>We need two families to send fruit for the Thanksgiving snack on November 20. Reply to this email if you can help.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Birthdays and thank yous</w:t>
      </w:r>
    </w:p>
    <w:p>
      <w:r>
        <w:rPr>
          <w:b w:val="0"/>
          <w:i w:val="0"/>
        </w:rPr>
        <w:t>Happy birthday to Mia and Jonah this month. Thank you to the Okafor family for the new picture books.</w:t>
      </w:r>
    </w:p>
    <w:p>
      <w:r>
        <w:rPr>
          <w:b w:val="0"/>
          <w:i w:val="0"/>
        </w:rPr>
        <w:t>Thank you for sharing your children with us,</w:t>
      </w:r>
    </w:p>
    <w:p>
      <w:r>
        <w:rPr>
          <w:b w:val="0"/>
          <w:i w:val="0"/>
        </w:rPr>
        <w:t>Ms. Rivera and Mr. Chen</w:t>
      </w:r>
    </w:p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preschool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