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2D6A3E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[Nonprofit Name] Update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[Month or Season Year]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Thank you first</w:t>
      </w:r>
    </w:p>
    <w:p>
      <w:r>
        <w:rPr>
          <w:b w:val="0"/>
          <w:i w:val="0"/>
        </w:rPr>
        <w:t>Hi friends, thank you. Here's what your support did in the last three months.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What your support did</w:t>
      </w:r>
    </w:p>
    <w:p>
      <w:pPr>
        <w:pStyle w:val="ListBullet"/>
      </w:pPr>
      <w:r>
        <w:rPr>
          <w:b/>
          <w:i w:val="0"/>
        </w:rPr>
        <w:t xml:space="preserve">1,240 </w:t>
      </w:r>
      <w:r>
        <w:rPr>
          <w:b w:val="0"/>
          <w:i w:val="0"/>
        </w:rPr>
        <w:t>food boxes packed and delivered to families in the county</w:t>
      </w:r>
    </w:p>
    <w:p>
      <w:pPr>
        <w:pStyle w:val="ListBullet"/>
      </w:pPr>
      <w:r>
        <w:rPr>
          <w:b/>
          <w:i w:val="0"/>
        </w:rPr>
        <w:t xml:space="preserve">86 </w:t>
      </w:r>
      <w:r>
        <w:rPr>
          <w:b w:val="0"/>
          <w:i w:val="0"/>
        </w:rPr>
        <w:t>new volunteers trained, many of them high school students</w:t>
      </w:r>
    </w:p>
    <w:p>
      <w:pPr>
        <w:pStyle w:val="ListBullet"/>
      </w:pPr>
      <w:r>
        <w:rPr>
          <w:b/>
          <w:i w:val="0"/>
        </w:rPr>
        <w:t xml:space="preserve">900 pounds </w:t>
      </w:r>
      <w:r>
        <w:rPr>
          <w:b w:val="0"/>
          <w:i w:val="0"/>
        </w:rPr>
        <w:t>of produce from our community garden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Photo of your work goes here (with permission from anyone shown). Insert &gt; Image.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One story</w:t>
      </w:r>
    </w:p>
    <w:p>
      <w:r>
        <w:rPr>
          <w:b w:val="0"/>
          <w:i w:val="0"/>
        </w:rPr>
        <w:t>"I didn't know where dinner was coming from. Now I don't have to wonder." Maria, a mom of three, started picking up a box every Saturday in August. Last month she signed up to volunteer.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What's next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E8F1EA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Coming up</w:t>
            </w:r>
          </w:p>
          <w:p>
            <w:r>
              <w:rPr>
                <w:b/>
                <w:i w:val="0"/>
                <w:sz w:val="21"/>
              </w:rPr>
              <w:t xml:space="preserve">Nov 22: </w:t>
            </w:r>
            <w:r>
              <w:rPr>
                <w:b w:val="0"/>
                <w:i w:val="0"/>
                <w:sz w:val="21"/>
              </w:rPr>
              <w:t>Volunteer packing day</w:t>
            </w:r>
          </w:p>
          <w:p>
            <w:r>
              <w:rPr>
                <w:b/>
                <w:i w:val="0"/>
                <w:sz w:val="21"/>
              </w:rPr>
              <w:t xml:space="preserve">Dec 2: </w:t>
            </w:r>
            <w:r>
              <w:rPr>
                <w:b w:val="0"/>
                <w:i w:val="0"/>
                <w:sz w:val="21"/>
              </w:rPr>
              <w:t>GivingTuesday</w:t>
            </w:r>
          </w:p>
          <w:p>
            <w:r>
              <w:rPr>
                <w:b/>
                <w:i w:val="0"/>
                <w:sz w:val="21"/>
              </w:rPr>
              <w:t xml:space="preserve">Dec 13: </w:t>
            </w:r>
            <w:r>
              <w:rPr>
                <w:b w:val="0"/>
                <w:i w:val="0"/>
                <w:sz w:val="21"/>
              </w:rPr>
              <w:t>Holiday delivery</w:t>
            </w:r>
          </w:p>
        </w:tc>
        <w:tc>
          <w:tcPr>
            <w:tcW w:type="dxa" w:w="5040"/>
            <w:shd w:val="clear" w:color="auto" w:fill="E8F1EA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Our goal this winter</w:t>
            </w:r>
          </w:p>
          <w:p>
            <w:r>
              <w:rPr>
                <w:b w:val="0"/>
                <w:i w:val="0"/>
                <w:sz w:val="21"/>
              </w:rPr>
              <w:t>Deliver 2,000 boxes between now and February, our busiest season.</w:t>
            </w:r>
          </w:p>
        </w:tc>
      </w:tr>
    </w:tbl>
    <w:p/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8F1EA"/>
          </w:tcPr>
          <w:p>
            <w:r>
              <w:rPr>
                <w:rFonts w:ascii="Georgia" w:hAnsi="Georgia" w:eastAsia="Georgia"/>
                <w:b/>
                <w:i w:val="0"/>
                <w:color w:val="2D6A3E"/>
                <w:sz w:val="28"/>
              </w:rPr>
              <w:t>One clear ask</w:t>
            </w:r>
          </w:p>
          <w:p>
            <w:r>
              <w:rPr>
                <w:b w:val="0"/>
                <w:i w:val="0"/>
              </w:rPr>
              <w:t>A gift of $35 feeds a family of four for a week. Give at [link].</w:t>
            </w:r>
          </w:p>
        </w:tc>
      </w:tr>
    </w:tbl>
    <w:p/>
    <w:p>
      <w:r>
        <w:rPr>
          <w:b w:val="0"/>
          <w:i w:val="0"/>
        </w:rPr>
        <w:t>With thanks,</w:t>
      </w:r>
    </w:p>
    <w:p>
      <w:r>
        <w:rPr>
          <w:b w:val="0"/>
          <w:i w:val="0"/>
        </w:rPr>
        <w:t>[Name], [Title]</w:t>
      </w:r>
    </w:p>
    <w:p>
      <w:pPr>
        <w:spacing w:before="280"/>
        <w:jc w:val="center"/>
      </w:pPr>
      <w:r>
        <w:rPr>
          <w:b w:val="0"/>
          <w:i w:val="0"/>
          <w:color w:val="5F5E66"/>
          <w:sz w:val="18"/>
        </w:rPr>
        <w:t>You're getting this because you signed up for our updates. Reply to this email to stop getting it. [Your mailing address]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nonprofit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