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jc w:val="center"/>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1F4E79"/>
          </w:tcPr>
          <w:p>
            <w:pPr>
              <w:spacing w:after="40"/>
            </w:pPr>
            <w:r>
              <w:rPr>
                <w:rFonts w:ascii="Georgia" w:hAnsi="Georgia" w:eastAsia="Georgia"/>
                <w:b/>
                <w:i w:val="0"/>
                <w:color w:val="FFFFFF"/>
                <w:sz w:val="60"/>
              </w:rPr>
              <w:t>[Your Organization] News</w:t>
            </w:r>
          </w:p>
          <w:p>
            <w:r>
              <w:rPr>
                <w:b w:val="0"/>
                <w:i w:val="0"/>
                <w:color w:val="FFFFFF"/>
                <w:sz w:val="21"/>
              </w:rPr>
              <w:t>Issue 1  |  [Month Year]  |  [yourwebsite.com]</w:t>
            </w:r>
          </w:p>
        </w:tc>
      </w:tr>
    </w:tbl>
    <w:p/>
    <w:p>
      <w:r>
        <w:rPr>
          <w:b w:val="0"/>
          <w:i w:val="0"/>
        </w:rPr>
        <w:t>Hi everyone,</w:t>
      </w:r>
    </w:p>
    <w:p>
      <w:r>
        <w:rPr>
          <w:b w:val="0"/>
          <w:i w:val="0"/>
        </w:rPr>
        <w:t>Here's what's happening this month. It takes about two minutes to read. Reply any time, a real person reads every email.</w:t>
      </w:r>
    </w:p>
    <w:p>
      <w:pPr>
        <w:spacing w:before="240" w:after="80"/>
      </w:pPr>
      <w:r>
        <w:rPr>
          <w:rFonts w:ascii="Georgia" w:hAnsi="Georgia" w:eastAsia="Georgia"/>
          <w:b/>
          <w:i w:val="0"/>
          <w:color w:val="16161A"/>
          <w:sz w:val="34"/>
        </w:rPr>
        <w:t>[Your main story headline]</w:t>
      </w:r>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10080"/>
      </w:tblGrid>
      <w:tr>
        <w:tc>
          <w:tcPr>
            <w:tcW w:type="dxa" w:w="10080"/>
            <w:shd w:val="clear" w:color="auto" w:fill="E9E7E2"/>
          </w:tcPr>
          <w:p>
            <w:pPr>
              <w:jc w:val="center"/>
            </w:pPr>
            <w:r>
              <w:br/>
            </w:r>
            <w:r>
              <w:br/>
            </w:r>
            <w:r>
              <w:br/>
            </w:r>
            <w:r>
              <w:rPr>
                <w:b w:val="0"/>
                <w:i/>
                <w:color w:val="5F5E66"/>
                <w:sz w:val="19"/>
              </w:rPr>
              <w:t>Photo goes here. In Google Docs: Insert &gt; Image. In Word: Insert &gt; Pictures.</w:t>
            </w:r>
            <w:r>
              <w:br/>
            </w:r>
            <w:r>
              <w:br/>
            </w:r>
            <w:r>
              <w:br/>
            </w:r>
          </w:p>
        </w:tc>
      </w:tr>
    </w:tbl>
    <w:p/>
    <w:p>
      <w:r>
        <w:rPr>
          <w:b w:val="0"/>
          <w:i w:val="0"/>
        </w:rPr>
        <w:t>Start with the one thing you most want people to know or do. Say what it is, when it happens and why it matters in three or four short sentences. If there's an action, end with it: "RSVP by Friday" or "Stop by this weekend."</w:t>
      </w:r>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5040"/>
        <w:gridCol w:w="5040"/>
      </w:tblGrid>
      <w:tr>
        <w:tc>
          <w:tcPr>
            <w:tcW w:type="dxa" w:w="5040"/>
            <w:shd w:val="clear" w:color="auto" w:fill="EAF1F8"/>
          </w:tcPr>
          <w:p>
            <w:r>
              <w:rPr>
                <w:rFonts w:ascii="Georgia" w:hAnsi="Georgia" w:eastAsia="Georgia"/>
                <w:b/>
                <w:i w:val="0"/>
                <w:color w:val="16161A"/>
                <w:sz w:val="26"/>
              </w:rPr>
              <w:t>Coming up</w:t>
            </w:r>
          </w:p>
          <w:p>
            <w:r>
              <w:rPr>
                <w:b/>
                <w:i w:val="0"/>
                <w:sz w:val="21"/>
              </w:rPr>
              <w:t xml:space="preserve">Oct 14  </w:t>
            </w:r>
            <w:r>
              <w:rPr>
                <w:b w:val="0"/>
                <w:i w:val="0"/>
                <w:sz w:val="21"/>
              </w:rPr>
              <w:t>First event, 7 PM</w:t>
            </w:r>
          </w:p>
          <w:p>
            <w:r>
              <w:rPr>
                <w:b/>
                <w:i w:val="0"/>
                <w:sz w:val="21"/>
              </w:rPr>
              <w:t xml:space="preserve">Oct 21  </w:t>
            </w:r>
            <w:r>
              <w:rPr>
                <w:b w:val="0"/>
                <w:i w:val="0"/>
                <w:sz w:val="21"/>
              </w:rPr>
              <w:t>Second event, 10 AM</w:t>
            </w:r>
          </w:p>
          <w:p>
            <w:r>
              <w:rPr>
                <w:b/>
                <w:i w:val="0"/>
                <w:sz w:val="21"/>
              </w:rPr>
              <w:t xml:space="preserve">Nov 1  </w:t>
            </w:r>
            <w:r>
              <w:rPr>
                <w:b w:val="0"/>
                <w:i w:val="0"/>
                <w:sz w:val="21"/>
              </w:rPr>
              <w:t>A deadline or due date</w:t>
            </w:r>
          </w:p>
        </w:tc>
        <w:tc>
          <w:tcPr>
            <w:tcW w:type="dxa" w:w="5040"/>
            <w:shd w:val="clear" w:color="auto" w:fill="EAF1F8"/>
          </w:tcPr>
          <w:p>
            <w:r>
              <w:rPr>
                <w:rFonts w:ascii="Georgia" w:hAnsi="Georgia" w:eastAsia="Georgia"/>
                <w:b/>
                <w:i w:val="0"/>
                <w:color w:val="16161A"/>
                <w:sz w:val="26"/>
              </w:rPr>
              <w:t>Quick notes</w:t>
            </w:r>
          </w:p>
          <w:p>
            <w:r>
              <w:rPr>
                <w:b w:val="0"/>
                <w:i w:val="0"/>
                <w:sz w:val="21"/>
              </w:rPr>
              <w:t>One short reminder.</w:t>
            </w:r>
          </w:p>
          <w:p>
            <w:r>
              <w:rPr>
                <w:b w:val="0"/>
                <w:i w:val="0"/>
                <w:sz w:val="21"/>
              </w:rPr>
              <w:t>A thank you to a volunteer or customer.</w:t>
            </w:r>
          </w:p>
          <w:p>
            <w:r>
              <w:rPr>
                <w:b w:val="0"/>
                <w:i w:val="0"/>
                <w:sz w:val="21"/>
              </w:rPr>
              <w:t>A change people should know about.</w:t>
            </w:r>
          </w:p>
        </w:tc>
      </w:tr>
    </w:tbl>
    <w:p/>
    <w:p>
      <w:pPr>
        <w:spacing w:before="240" w:after="80"/>
      </w:pPr>
      <w:r>
        <w:rPr>
          <w:rFonts w:ascii="Georgia" w:hAnsi="Georgia" w:eastAsia="Georgia"/>
          <w:b/>
          <w:i w:val="0"/>
          <w:color w:val="16161A"/>
          <w:sz w:val="34"/>
        </w:rPr>
        <w:t>Spotlight</w:t>
      </w:r>
    </w:p>
    <w:p>
      <w:r>
        <w:rPr>
          <w:b w:val="0"/>
          <w:i w:val="0"/>
        </w:rPr>
        <w:t>A short story about one person: a member, a customer, a teammate or a volunteer. Two or three sentences and a photo if you have one.</w:t>
      </w:r>
    </w:p>
    <w:tbl>
      <w:tblPr>
        <w:tblW w:w="10080" w:type="dxa"/>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EAF1F8"/>
          </w:tcPr>
          <w:p>
            <w:r>
              <w:rPr>
                <w:rFonts w:ascii="Georgia" w:hAnsi="Georgia" w:eastAsia="Georgia"/>
                <w:b/>
                <w:i w:val="0"/>
                <w:color w:val="1F4E79"/>
                <w:sz w:val="28"/>
              </w:rPr>
              <w:t>One thing to do this month</w:t>
            </w:r>
          </w:p>
          <w:p>
            <w:r>
              <w:rPr>
                <w:b w:val="0"/>
                <w:i w:val="0"/>
              </w:rPr>
              <w:t>Put your single most important ask here, with a link: register, donate, book, reply.</w:t>
            </w:r>
          </w:p>
        </w:tc>
      </w:tr>
    </w:tbl>
    <w:p/>
    <w:p>
      <w:pPr>
        <w:spacing w:before="240" w:after="80"/>
      </w:pPr>
      <w:r>
        <w:rPr>
          <w:rFonts w:ascii="Georgia" w:hAnsi="Georgia" w:eastAsia="Georgia"/>
          <w:b/>
          <w:i w:val="0"/>
          <w:color w:val="16161A"/>
          <w:sz w:val="28"/>
        </w:rPr>
        <w:t>How to reach us</w:t>
      </w:r>
    </w:p>
    <w:p>
      <w:r>
        <w:rPr>
          <w:b w:val="0"/>
          <w:i w:val="0"/>
        </w:rPr>
        <w:t xml:space="preserve">Email: </w:t>
      </w:r>
      <w:r>
        <w:rPr>
          <w:b w:val="0"/>
          <w:i w:val="0"/>
        </w:rPr>
        <w:t xml:space="preserve">[you@yourdomain.com]   </w:t>
      </w:r>
      <w:r>
        <w:rPr>
          <w:b w:val="0"/>
          <w:i w:val="0"/>
        </w:rPr>
        <w:t xml:space="preserve">Phone: </w:t>
      </w:r>
      <w:r>
        <w:rPr>
          <w:b w:val="0"/>
          <w:i w:val="0"/>
        </w:rPr>
        <w:t xml:space="preserve">[555-123-4567]   </w:t>
      </w:r>
      <w:r>
        <w:rPr>
          <w:b w:val="0"/>
          <w:i w:val="0"/>
        </w:rPr>
        <w:t xml:space="preserve">Web: </w:t>
      </w:r>
      <w:r>
        <w:rPr>
          <w:b w:val="0"/>
          <w:i w:val="0"/>
        </w:rPr>
        <w:t>[yourwebsite.com]</w:t>
      </w:r>
    </w:p>
    <w:p>
      <w:pPr>
        <w:spacing w:before="280"/>
        <w:jc w:val="center"/>
      </w:pPr>
      <w:r>
        <w:rPr>
          <w:b w:val="0"/>
          <w:i w:val="0"/>
          <w:color w:val="5F5E66"/>
          <w:sz w:val="18"/>
        </w:rPr>
        <w:t>You're getting this because you signed up for our updates. Reply to this email to stop getting it. [Your mailing address]</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mailwild newsletter template</dc:title>
  <dc:subject/>
  <dc:creator>MailWild</dc:creator>
  <cp:keywords/>
  <dc:description>generated by python-docx</dc:description>
  <cp:lastModifiedBy/>
  <cp:revision>1</cp:revision>
  <dcterms:created xsi:type="dcterms:W3CDTF">2013-12-23T23:15:00Z</dcterms:created>
  <dcterms:modified xsi:type="dcterms:W3CDTF">2013-12-23T23:15:00Z</dcterms:modified>
  <cp:category/>
</cp:coreProperties>
</file>