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3446D4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[Company] Team Update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[Month or Quarter Year]  |  For everyone at [Company]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0"/>
        </w:rPr>
        <w:t>A note from [Name, Title]</w:t>
      </w:r>
    </w:p>
    <w:p>
      <w:r>
        <w:rPr>
          <w:b w:val="0"/>
          <w:i w:val="0"/>
        </w:rPr>
        <w:t>Hi team. It was a busy quarter. We shipped the new order portal, signed 14 new accounts and kept support replies under two hours. Thank you for the work behind those numbers. Here's what's next.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EEF0FB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Wins</w:t>
            </w:r>
          </w:p>
          <w:p>
            <w:r>
              <w:rPr>
                <w:b w:val="0"/>
                <w:i w:val="0"/>
                <w:sz w:val="21"/>
              </w:rPr>
              <w:t>Shipped the new order portal.</w:t>
            </w:r>
          </w:p>
          <w:p>
            <w:r>
              <w:rPr>
                <w:b w:val="0"/>
                <w:i w:val="0"/>
                <w:sz w:val="21"/>
              </w:rPr>
              <w:t>Signed 14 new accounts.</w:t>
            </w:r>
          </w:p>
          <w:p>
            <w:r>
              <w:rPr>
                <w:b w:val="0"/>
                <w:i w:val="0"/>
                <w:sz w:val="21"/>
              </w:rPr>
              <w:t>Support replies under 2 hours.</w:t>
            </w:r>
          </w:p>
        </w:tc>
        <w:tc>
          <w:tcPr>
            <w:tcW w:type="dxa" w:w="5040"/>
            <w:shd w:val="clear" w:color="auto" w:fill="EEF0FB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Coming up</w:t>
            </w:r>
          </w:p>
          <w:p>
            <w:r>
              <w:rPr>
                <w:b/>
                <w:i w:val="0"/>
                <w:sz w:val="21"/>
              </w:rPr>
              <w:t xml:space="preserve">Nov 1  </w:t>
            </w:r>
            <w:r>
              <w:rPr>
                <w:b w:val="0"/>
                <w:i w:val="0"/>
                <w:sz w:val="21"/>
              </w:rPr>
              <w:t>Benefits enrollment opens</w:t>
            </w:r>
          </w:p>
          <w:p>
            <w:r>
              <w:rPr>
                <w:b/>
                <w:i w:val="0"/>
                <w:sz w:val="21"/>
              </w:rPr>
              <w:t xml:space="preserve">Nov 27-28  </w:t>
            </w:r>
            <w:r>
              <w:rPr>
                <w:b w:val="0"/>
                <w:i w:val="0"/>
                <w:sz w:val="21"/>
              </w:rPr>
              <w:t>Office closed</w:t>
            </w:r>
          </w:p>
          <w:p>
            <w:r>
              <w:rPr>
                <w:b/>
                <w:i w:val="0"/>
                <w:sz w:val="21"/>
              </w:rPr>
              <w:t xml:space="preserve">Dec 12  </w:t>
            </w:r>
            <w:r>
              <w:rPr>
                <w:b w:val="0"/>
                <w:i w:val="0"/>
                <w:sz w:val="21"/>
              </w:rPr>
              <w:t>Holiday party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Welcome to the team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9E7E2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 w:val="0"/>
                <w:i/>
                <w:color w:val="5F5E66"/>
                <w:sz w:val="19"/>
              </w:rPr>
              <w:t>Teammate photo goes here. Insert &gt; Image.</w:t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r>
        <w:rPr>
          <w:b w:val="0"/>
          <w:i w:val="0"/>
        </w:rPr>
        <w:t xml:space="preserve">Jordan Lee, Operations. </w:t>
      </w:r>
      <w:r>
        <w:rPr>
          <w:b w:val="0"/>
          <w:i w:val="0"/>
        </w:rPr>
        <w:t>Jordan joins us from a logistics company in Ohio and will run the warehouse schedule. Say hello when you see Jordan around.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Shout-outs</w:t>
      </w:r>
    </w:p>
    <w:p>
      <w:pPr>
        <w:pStyle w:val="ListBullet"/>
      </w:pPr>
      <w:r>
        <w:rPr>
          <w:b/>
          <w:i w:val="0"/>
        </w:rPr>
        <w:t xml:space="preserve">Maya in Support </w:t>
      </w:r>
      <w:r>
        <w:rPr>
          <w:b w:val="0"/>
          <w:i w:val="0"/>
        </w:rPr>
        <w:t>stayed late to help a customer recover a lost order.</w:t>
      </w:r>
    </w:p>
    <w:p>
      <w:pPr>
        <w:pStyle w:val="ListBullet"/>
      </w:pPr>
      <w:r>
        <w:rPr>
          <w:b/>
          <w:i w:val="0"/>
        </w:rPr>
        <w:t xml:space="preserve">The warehouse crew </w:t>
      </w:r>
      <w:r>
        <w:rPr>
          <w:b w:val="0"/>
          <w:i w:val="0"/>
        </w:rPr>
        <w:t>packed a record 2,300 orders in one week.</w:t>
      </w:r>
    </w:p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EF0FB"/>
          </w:tcPr>
          <w:p>
            <w:r>
              <w:rPr>
                <w:rFonts w:ascii="Georgia" w:hAnsi="Georgia" w:eastAsia="Georgia"/>
                <w:b/>
                <w:i w:val="0"/>
                <w:color w:val="3446D4"/>
                <w:sz w:val="28"/>
              </w:rPr>
              <w:t>Benefits enrollment opens November 1</w:t>
            </w:r>
          </w:p>
          <w:p>
            <w:r>
              <w:rPr>
                <w:b w:val="0"/>
                <w:i w:val="0"/>
              </w:rPr>
              <w:t>Pick your plans by November 15. Questions go to [hr@yourcompany.com].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28"/>
        </w:rPr>
        <w:t>Where to find things</w:t>
      </w:r>
    </w:p>
    <w:p>
      <w:pPr>
        <w:pStyle w:val="ListBullet"/>
      </w:pPr>
      <w:r>
        <w:rPr>
          <w:b w:val="0"/>
          <w:i w:val="0"/>
        </w:rPr>
        <w:t>Holiday schedule: [link]</w:t>
      </w:r>
    </w:p>
    <w:p>
      <w:pPr>
        <w:pStyle w:val="ListBullet"/>
      </w:pPr>
      <w:r>
        <w:rPr>
          <w:b w:val="0"/>
          <w:i w:val="0"/>
        </w:rPr>
        <w:t>Expense policy: [link]</w:t>
      </w:r>
    </w:p>
    <w:p>
      <w:pPr>
        <w:pStyle w:val="ListBullet"/>
      </w:pPr>
      <w:r>
        <w:rPr>
          <w:b w:val="0"/>
          <w:i w:val="0"/>
        </w:rPr>
        <w:t>Who to ask about IT: [name]</w:t>
      </w:r>
    </w:p>
    <w:p>
      <w:pPr>
        <w:spacing w:before="280"/>
        <w:jc w:val="center"/>
      </w:pPr>
      <w:r>
        <w:rPr>
          <w:b w:val="0"/>
          <w:i w:val="0"/>
          <w:color w:val="5F5E66"/>
          <w:sz w:val="18"/>
        </w:rPr>
        <w:t>Internal. Please don't forward outside [Company].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company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