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jc w:val="center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1F2937"/>
          </w:tcPr>
          <w:p>
            <w:pPr>
              <w:spacing w:after="40"/>
            </w:pPr>
            <w:r>
              <w:rPr>
                <w:rFonts w:ascii="Georgia" w:hAnsi="Georgia" w:eastAsia="Georgia"/>
                <w:b/>
                <w:i w:val="0"/>
                <w:color w:val="FFFFFF"/>
                <w:sz w:val="60"/>
              </w:rPr>
              <w:t>[Club Name] Newsletter</w:t>
            </w:r>
          </w:p>
          <w:p>
            <w:r>
              <w:rPr>
                <w:b w:val="0"/>
                <w:i w:val="0"/>
                <w:color w:val="FFFFFF"/>
                <w:sz w:val="21"/>
              </w:rPr>
              <w:t>[Month Year]  |  [Meeting place and time]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The main change</w:t>
      </w:r>
    </w:p>
    <w:p>
      <w:r>
        <w:rPr>
          <w:b w:val="0"/>
          <w:i w:val="0"/>
        </w:rPr>
        <w:t>Saturday runs now start at 7 AM, an hour earlier, because it's getting dark later in the morning. Same place, by the boathouse.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Club news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EEF2F6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Results</w:t>
            </w:r>
          </w:p>
          <w:p>
            <w:r>
              <w:rPr>
                <w:b w:val="0"/>
                <w:i w:val="0"/>
                <w:sz w:val="21"/>
              </w:rPr>
              <w:t>23 runners on last Saturday's loop</w:t>
            </w:r>
          </w:p>
          <w:p>
            <w:r>
              <w:rPr>
                <w:b w:val="0"/>
                <w:i w:val="0"/>
                <w:sz w:val="21"/>
              </w:rPr>
              <w:t>New club 5K record: 18:42 by Sam Ortiz</w:t>
            </w:r>
          </w:p>
        </w:tc>
        <w:tc>
          <w:tcPr>
            <w:tcW w:type="dxa" w:w="5040"/>
            <w:shd w:val="clear" w:color="auto" w:fill="EEF2F6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Housekeeping</w:t>
            </w:r>
          </w:p>
          <w:p>
            <w:r>
              <w:rPr>
                <w:b w:val="0"/>
                <w:i w:val="0"/>
                <w:sz w:val="21"/>
              </w:rPr>
              <w:t>Dues for next year open December 1</w:t>
            </w:r>
          </w:p>
          <w:p>
            <w:r>
              <w:rPr>
                <w:b w:val="0"/>
                <w:i w:val="0"/>
                <w:sz w:val="21"/>
              </w:rPr>
              <w:t>Club shirts are in. Pick yours up Saturday.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Member of the month</w:t>
      </w:r>
    </w:p>
    <w:p>
      <w:r>
        <w:rPr>
          <w:b w:val="0"/>
          <w:i w:val="0"/>
        </w:rPr>
        <w:t>Priya ran her first half marathon in 1:58. She joined in March. Say hi on Saturday.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9E7E2"/>
          </w:tcPr>
          <w:p>
            <w:pPr>
              <w:jc w:val="center"/>
            </w:pPr>
            <w:r>
              <w:br/>
            </w:r>
            <w:r>
              <w:br/>
            </w:r>
            <w:r>
              <w:br/>
            </w:r>
            <w:r>
              <w:rPr>
                <w:b w:val="0"/>
                <w:i/>
                <w:color w:val="5F5E66"/>
                <w:sz w:val="19"/>
              </w:rPr>
              <w:t>Member photo goes here. Insert &gt; Image.</w:t>
            </w:r>
            <w:r>
              <w:br/>
            </w:r>
            <w:r>
              <w:br/>
            </w:r>
            <w:r>
              <w:br/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Calendar</w:t>
      </w:r>
    </w:p>
    <w:p>
      <w:pPr>
        <w:pStyle w:val="ListBullet"/>
      </w:pPr>
      <w:r>
        <w:rPr>
          <w:b/>
          <w:i w:val="0"/>
        </w:rPr>
        <w:t xml:space="preserve">Every Saturday: </w:t>
      </w:r>
      <w:r>
        <w:rPr>
          <w:b w:val="0"/>
          <w:i w:val="0"/>
        </w:rPr>
        <w:t>7 AM group run, all paces</w:t>
      </w:r>
    </w:p>
    <w:p>
      <w:pPr>
        <w:pStyle w:val="ListBullet"/>
      </w:pPr>
      <w:r>
        <w:rPr>
          <w:b/>
          <w:i w:val="0"/>
        </w:rPr>
        <w:t xml:space="preserve">Every Wednesday: </w:t>
      </w:r>
      <w:r>
        <w:rPr>
          <w:b w:val="0"/>
          <w:i w:val="0"/>
        </w:rPr>
        <w:t>6 PM track workout</w:t>
      </w:r>
    </w:p>
    <w:p>
      <w:pPr>
        <w:pStyle w:val="ListBullet"/>
      </w:pPr>
      <w:r>
        <w:rPr>
          <w:b/>
          <w:i w:val="0"/>
        </w:rPr>
        <w:t xml:space="preserve">Nov 27: </w:t>
      </w:r>
      <w:r>
        <w:rPr>
          <w:b w:val="0"/>
          <w:i w:val="0"/>
        </w:rPr>
        <w:t>Turkey Trot 5K. Club tent near the finish.</w:t>
      </w:r>
    </w:p>
    <w:p>
      <w:pPr>
        <w:pStyle w:val="ListBullet"/>
      </w:pPr>
      <w:r>
        <w:rPr>
          <w:b/>
          <w:i w:val="0"/>
        </w:rPr>
        <w:t xml:space="preserve">Dec 13: </w:t>
      </w:r>
      <w:r>
        <w:rPr>
          <w:b w:val="0"/>
          <w:i w:val="0"/>
        </w:rPr>
        <w:t>Holiday party, 6 PM, Harbor Grill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From the board</w:t>
      </w:r>
    </w:p>
    <w:p>
      <w:r>
        <w:rPr>
          <w:b w:val="0"/>
          <w:i w:val="0"/>
        </w:rPr>
        <w:t>We're looking for a new treasurer for next year. It's about two hours a month. Talk to any board member.</w:t>
      </w:r>
    </w:p>
    <w:tbl>
      <w:tblPr>
        <w:tblW w:w="10080" w:type="dxa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EF2F6"/>
          </w:tcPr>
          <w:p>
            <w:r>
              <w:rPr>
                <w:rFonts w:ascii="Georgia" w:hAnsi="Georgia" w:eastAsia="Georgia"/>
                <w:b/>
                <w:i w:val="0"/>
                <w:color w:val="1F2937"/>
                <w:sz w:val="28"/>
              </w:rPr>
              <w:t>See you Saturday</w:t>
            </w:r>
          </w:p>
          <w:p>
            <w:r>
              <w:rPr>
                <w:b w:val="0"/>
                <w:i w:val="0"/>
              </w:rPr>
              <w:t>7 AM at the boathouse. All paces welcome. Bring a friend.</w:t>
            </w:r>
          </w:p>
        </w:tc>
      </w:tr>
    </w:tbl>
    <w:p/>
    <w:p>
      <w:pPr>
        <w:spacing w:before="280"/>
        <w:jc w:val="center"/>
      </w:pPr>
      <w:r>
        <w:rPr>
          <w:b w:val="0"/>
          <w:i w:val="0"/>
          <w:color w:val="5F5E66"/>
          <w:sz w:val="18"/>
        </w:rPr>
        <w:t>You're getting this because you signed up for our updates. Reply to this email to stop getting it. [Your mailing address]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mailwild club newsletter template</dc:title>
  <dc:subject/>
  <dc:creator>MailWild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