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80" w:type="dxa"/>
        <w:jc w:val="center"/>
        <w:tblLayout w:type="fixed"/>
        <w:tblCellMar>
          <w:top w:w="280" w:type="dxa"/>
          <w:left w:w="280" w:type="dxa"/>
          <w:bottom w:w="280" w:type="dxa"/>
          <w:right w:w="280" w:type="dxa"/>
        </w:tblCellMar>
        <w:tblLook w:firstColumn="1" w:firstRow="1" w:lastColumn="0" w:lastRow="0" w:noHBand="0" w:noVBand="1" w:val="04A0"/>
      </w:tblPr>
      <w:tblGrid>
        <w:gridCol w:w="10080"/>
      </w:tblGrid>
      <w:tr>
        <w:tc>
          <w:tcPr>
            <w:tcW w:type="dxa" w:w="10080"/>
            <w:shd w:val="clear" w:color="auto" w:fill="7A1F2B"/>
          </w:tcPr>
          <w:p>
            <w:pPr>
              <w:spacing w:after="40"/>
            </w:pPr>
            <w:r>
              <w:rPr>
                <w:rFonts w:ascii="Georgia" w:hAnsi="Georgia" w:eastAsia="Georgia"/>
                <w:b/>
                <w:i w:val="0"/>
                <w:color w:val="FFFFFF"/>
                <w:sz w:val="60"/>
              </w:rPr>
              <w:t>[Church Name] News</w:t>
            </w:r>
          </w:p>
          <w:p>
            <w:r>
              <w:rPr>
                <w:b w:val="0"/>
                <w:i w:val="0"/>
                <w:color w:val="FFFFFF"/>
                <w:sz w:val="21"/>
              </w:rPr>
              <w:t>[Month Year]  |  Sundays at [time]  |  [address]</w:t>
            </w:r>
          </w:p>
        </w:tc>
      </w:tr>
    </w:tbl>
    <w:p/>
    <w:p>
      <w:pPr>
        <w:spacing w:before="240" w:after="80"/>
      </w:pPr>
      <w:r>
        <w:rPr>
          <w:rFonts w:ascii="Georgia" w:hAnsi="Georgia" w:eastAsia="Georgia"/>
          <w:b/>
          <w:i w:val="0"/>
          <w:color w:val="16161A"/>
          <w:sz w:val="34"/>
        </w:rPr>
        <w:t>A word from the pastor</w:t>
      </w:r>
    </w:p>
    <w:p>
      <w:r>
        <w:rPr>
          <w:b w:val="0"/>
          <w:i w:val="0"/>
        </w:rPr>
        <w:t>Dear church family, November is a month for gratitude. As we gather food for our neighbors and get ready for Advent, I'm thankful for each of you and for the ways you show up for one another. I hope to see you this Sunday.</w:t>
      </w:r>
    </w:p>
    <w:p>
      <w:r>
        <w:rPr>
          <w:b w:val="0"/>
          <w:i w:val="0"/>
        </w:rPr>
        <w:t>Grace and peace, Pastor Dan</w:t>
      </w:r>
    </w:p>
    <w:p>
      <w:pPr>
        <w:spacing w:before="240" w:after="80"/>
      </w:pPr>
      <w:r>
        <w:rPr>
          <w:rFonts w:ascii="Georgia" w:hAnsi="Georgia" w:eastAsia="Georgia"/>
          <w:b/>
          <w:i w:val="0"/>
          <w:color w:val="16161A"/>
          <w:sz w:val="34"/>
        </w:rPr>
        <w:t>Verse for the month</w:t>
      </w:r>
    </w:p>
    <w:p>
      <w:r>
        <w:rPr>
          <w:b w:val="0"/>
          <w:i w:val="0"/>
        </w:rPr>
        <w:t>"Let all that you do be done in love." 1 Corinthians 16:14</w:t>
      </w:r>
    </w:p>
    <w:p>
      <w:pPr>
        <w:spacing w:before="240" w:after="80"/>
      </w:pPr>
      <w:r>
        <w:rPr>
          <w:rFonts w:ascii="Georgia" w:hAnsi="Georgia" w:eastAsia="Georgia"/>
          <w:b/>
          <w:i w:val="0"/>
          <w:color w:val="16161A"/>
          <w:sz w:val="34"/>
        </w:rPr>
        <w:t>Service times</w:t>
      </w:r>
    </w:p>
    <w:tbl>
      <w:tblPr>
        <w:tblW w:w="10080" w:type="dxa"/>
        <w:tblLayout w:type="fixed"/>
        <w:tblCellMar>
          <w:top w:w="200" w:type="dxa"/>
          <w:left w:w="200" w:type="dxa"/>
          <w:bottom w:w="200" w:type="dxa"/>
          <w:right w:w="200" w:type="dxa"/>
        </w:tblCellMar>
        <w:tblLook w:firstColumn="1" w:firstRow="1" w:lastColumn="0" w:lastRow="0" w:noHBand="0" w:noVBand="1" w:val="04A0"/>
      </w:tblPr>
      <w:tblGrid>
        <w:gridCol w:w="5040"/>
        <w:gridCol w:w="5040"/>
      </w:tblGrid>
      <w:tr>
        <w:tc>
          <w:tcPr>
            <w:tcW w:type="dxa" w:w="5040"/>
            <w:shd w:val="clear" w:color="auto" w:fill="F6EDE6"/>
          </w:tcPr>
          <w:p>
            <w:r>
              <w:rPr>
                <w:rFonts w:ascii="Georgia" w:hAnsi="Georgia" w:eastAsia="Georgia"/>
                <w:b/>
                <w:i w:val="0"/>
                <w:color w:val="16161A"/>
                <w:sz w:val="26"/>
              </w:rPr>
              <w:t>Sundays</w:t>
            </w:r>
          </w:p>
          <w:p>
            <w:r>
              <w:rPr>
                <w:b w:val="0"/>
                <w:i w:val="0"/>
                <w:sz w:val="21"/>
              </w:rPr>
              <w:t>8:30 AM traditional</w:t>
            </w:r>
          </w:p>
          <w:p>
            <w:r>
              <w:rPr>
                <w:b w:val="0"/>
                <w:i w:val="0"/>
                <w:sz w:val="21"/>
              </w:rPr>
              <w:t>10:30 AM contemporary, with nursery and kids church</w:t>
            </w:r>
          </w:p>
        </w:tc>
        <w:tc>
          <w:tcPr>
            <w:tcW w:type="dxa" w:w="5040"/>
            <w:shd w:val="clear" w:color="auto" w:fill="F6EDE6"/>
          </w:tcPr>
          <w:p>
            <w:r>
              <w:rPr>
                <w:rFonts w:ascii="Georgia" w:hAnsi="Georgia" w:eastAsia="Georgia"/>
                <w:b/>
                <w:i w:val="0"/>
                <w:color w:val="16161A"/>
                <w:sz w:val="26"/>
              </w:rPr>
              <w:t>During the week</w:t>
            </w:r>
          </w:p>
          <w:p>
            <w:r>
              <w:rPr>
                <w:b w:val="0"/>
                <w:i w:val="0"/>
                <w:sz w:val="21"/>
              </w:rPr>
              <w:t>Wednesday 6:30 PM, family dinner and Bible study</w:t>
            </w:r>
          </w:p>
          <w:p>
            <w:r>
              <w:rPr>
                <w:b w:val="0"/>
                <w:i w:val="0"/>
                <w:sz w:val="21"/>
              </w:rPr>
              <w:t>Thursday 7 PM, choir practice</w:t>
            </w:r>
          </w:p>
        </w:tc>
      </w:tr>
    </w:tbl>
    <w:p/>
    <w:tbl>
      <w:tblPr>
        <w:tblW w:w="10080" w:type="dxa"/>
        <w:tblLayout w:type="fixed"/>
        <w:tblCellMar>
          <w:top w:w="200" w:type="dxa"/>
          <w:left w:w="200" w:type="dxa"/>
          <w:bottom w:w="200" w:type="dxa"/>
          <w:right w:w="200" w:type="dxa"/>
        </w:tblCellMar>
        <w:tblLook w:firstColumn="1" w:firstRow="1" w:lastColumn="0" w:lastRow="0" w:noHBand="0" w:noVBand="1" w:val="04A0"/>
      </w:tblPr>
      <w:tblGrid>
        <w:gridCol w:w="10080"/>
      </w:tblGrid>
      <w:tr>
        <w:tc>
          <w:tcPr>
            <w:tcW w:type="dxa" w:w="10080"/>
            <w:shd w:val="clear" w:color="auto" w:fill="E9E7E2"/>
          </w:tcPr>
          <w:p>
            <w:pPr>
              <w:jc w:val="center"/>
            </w:pPr>
            <w:r>
              <w:br/>
            </w:r>
            <w:r>
              <w:br/>
            </w:r>
            <w:r>
              <w:br/>
            </w:r>
            <w:r>
              <w:rPr>
                <w:b w:val="0"/>
                <w:i/>
                <w:color w:val="5F5E66"/>
                <w:sz w:val="19"/>
              </w:rPr>
              <w:t>Photo from church life goes here. Insert &gt; Image.</w:t>
            </w:r>
            <w:r>
              <w:br/>
            </w:r>
            <w:r>
              <w:br/>
            </w:r>
            <w:r>
              <w:br/>
            </w:r>
          </w:p>
        </w:tc>
      </w:tr>
    </w:tbl>
    <w:p/>
    <w:p>
      <w:pPr>
        <w:spacing w:before="240" w:after="80"/>
      </w:pPr>
      <w:r>
        <w:rPr>
          <w:rFonts w:ascii="Georgia" w:hAnsi="Georgia" w:eastAsia="Georgia"/>
          <w:b/>
          <w:i w:val="0"/>
          <w:color w:val="16161A"/>
          <w:sz w:val="34"/>
        </w:rPr>
        <w:t>Coming up</w:t>
      </w:r>
    </w:p>
    <w:p>
      <w:pPr>
        <w:pStyle w:val="ListBullet"/>
      </w:pPr>
      <w:r>
        <w:rPr>
          <w:b/>
          <w:i w:val="0"/>
        </w:rPr>
        <w:t xml:space="preserve">Nov 9: </w:t>
      </w:r>
      <w:r>
        <w:rPr>
          <w:b w:val="0"/>
          <w:i w:val="0"/>
        </w:rPr>
        <w:t>Food drive ends. Bring canned goods to the welcome table.</w:t>
      </w:r>
    </w:p>
    <w:p>
      <w:pPr>
        <w:pStyle w:val="ListBullet"/>
      </w:pPr>
      <w:r>
        <w:rPr>
          <w:b/>
          <w:i w:val="0"/>
        </w:rPr>
        <w:t xml:space="preserve">Nov 16: </w:t>
      </w:r>
      <w:r>
        <w:rPr>
          <w:b w:val="0"/>
          <w:i w:val="0"/>
        </w:rPr>
        <w:t>New small groups start. Sign up in the lobby.</w:t>
      </w:r>
    </w:p>
    <w:p>
      <w:pPr>
        <w:pStyle w:val="ListBullet"/>
      </w:pPr>
      <w:r>
        <w:rPr>
          <w:b/>
          <w:i w:val="0"/>
        </w:rPr>
        <w:t xml:space="preserve">Nov 26: </w:t>
      </w:r>
      <w:r>
        <w:rPr>
          <w:b w:val="0"/>
          <w:i w:val="0"/>
        </w:rPr>
        <w:t>Thanksgiving Eve service, 7 PM</w:t>
      </w:r>
    </w:p>
    <w:p>
      <w:pPr>
        <w:pStyle w:val="ListBullet"/>
      </w:pPr>
      <w:r>
        <w:rPr>
          <w:b/>
          <w:i w:val="0"/>
        </w:rPr>
        <w:t xml:space="preserve">Nov 30: </w:t>
      </w:r>
      <w:r>
        <w:rPr>
          <w:b w:val="0"/>
          <w:i w:val="0"/>
        </w:rPr>
        <w:t>First Sunday of Advent</w:t>
      </w:r>
    </w:p>
    <w:p>
      <w:pPr>
        <w:spacing w:before="240" w:after="80"/>
      </w:pPr>
      <w:r>
        <w:rPr>
          <w:rFonts w:ascii="Georgia" w:hAnsi="Georgia" w:eastAsia="Georgia"/>
          <w:b/>
          <w:i w:val="0"/>
          <w:color w:val="16161A"/>
          <w:sz w:val="34"/>
        </w:rPr>
        <w:t>Ministry spotlight</w:t>
      </w:r>
    </w:p>
    <w:p>
      <w:r>
        <w:rPr>
          <w:b w:val="0"/>
          <w:i w:val="0"/>
        </w:rPr>
        <w:t>Our nursery team cares for about 30 little ones every Sunday so parents can worship. They need three more volunteers for one Sunday a month. Talk to Karen after either service.</w:t>
      </w:r>
    </w:p>
    <w:p>
      <w:pPr>
        <w:spacing w:before="240" w:after="80"/>
      </w:pPr>
      <w:r>
        <w:rPr>
          <w:rFonts w:ascii="Georgia" w:hAnsi="Georgia" w:eastAsia="Georgia"/>
          <w:b/>
          <w:i w:val="0"/>
          <w:color w:val="16161A"/>
          <w:sz w:val="34"/>
        </w:rPr>
        <w:t>Prayer requests</w:t>
      </w:r>
    </w:p>
    <w:p>
      <w:r>
        <w:rPr>
          <w:b w:val="0"/>
          <w:i w:val="0"/>
        </w:rPr>
        <w:t>Please pray for the Alvarez family as they welcome a new baby, and for Bill Thompson as he recovers from surgery.</w:t>
      </w:r>
    </w:p>
    <w:tbl>
      <w:tblPr>
        <w:tblW w:w="10080" w:type="dxa"/>
        <w:tblLayout w:type="fixed"/>
        <w:tblCellMar>
          <w:top w:w="280" w:type="dxa"/>
          <w:left w:w="280" w:type="dxa"/>
          <w:bottom w:w="280" w:type="dxa"/>
          <w:right w:w="280" w:type="dxa"/>
        </w:tblCellMar>
        <w:tblLook w:firstColumn="1" w:firstRow="1" w:lastColumn="0" w:lastRow="0" w:noHBand="0" w:noVBand="1" w:val="04A0"/>
      </w:tblPr>
      <w:tblGrid>
        <w:gridCol w:w="10080"/>
      </w:tblGrid>
      <w:tr>
        <w:tc>
          <w:tcPr>
            <w:tcW w:type="dxa" w:w="10080"/>
            <w:shd w:val="clear" w:color="auto" w:fill="F6EDE6"/>
          </w:tcPr>
          <w:p>
            <w:r>
              <w:rPr>
                <w:rFonts w:ascii="Georgia" w:hAnsi="Georgia" w:eastAsia="Georgia"/>
                <w:b/>
                <w:i w:val="0"/>
                <w:color w:val="7A1F2B"/>
                <w:sz w:val="28"/>
              </w:rPr>
              <w:t>Giving</w:t>
            </w:r>
          </w:p>
          <w:p>
            <w:r>
              <w:rPr>
                <w:b w:val="0"/>
                <w:i w:val="0"/>
              </w:rPr>
              <w:t>Thank you for your generosity. You can give online at [link], by text to [number], or in the offering plate on Sunday.</w:t>
            </w:r>
          </w:p>
        </w:tc>
      </w:tr>
    </w:tbl>
    <w:p/>
    <w:p>
      <w:pPr>
        <w:spacing w:before="280"/>
        <w:jc w:val="center"/>
      </w:pPr>
      <w:r>
        <w:rPr>
          <w:b w:val="0"/>
          <w:i w:val="0"/>
          <w:color w:val="5F5E66"/>
          <w:sz w:val="18"/>
        </w:rPr>
        <w:t>You're getting this because you signed up for our updates. Reply to this email to stop getting it. [Your mailing address]</w:t>
      </w:r>
    </w:p>
    <w:sectPr w:rsidR="00FC693F" w:rsidRPr="0006063C"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mailwild church newsletter template</dc:title>
  <dc:subject/>
  <dc:creator>MailWild</dc:creator>
  <cp:keywords/>
  <dc:description>generated by python-docx</dc:description>
  <cp:lastModifiedBy/>
  <cp:revision>1</cp:revision>
  <dcterms:created xsi:type="dcterms:W3CDTF">2013-12-23T23:15:00Z</dcterms:created>
  <dcterms:modified xsi:type="dcterms:W3CDTF">2013-12-23T23:15:00Z</dcterms:modified>
  <cp:category/>
</cp:coreProperties>
</file>